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4AD6E" w14:textId="0F9AD931" w:rsidR="00065418" w:rsidRDefault="00065418" w:rsidP="00A84814">
      <w:pPr>
        <w:pStyle w:val="Title"/>
      </w:pPr>
    </w:p>
    <w:p w14:paraId="403D89E7" w14:textId="77777777" w:rsidR="00065418" w:rsidRDefault="00000000">
      <w:pPr>
        <w:spacing w:after="60"/>
      </w:pPr>
      <w:r>
        <w:rPr>
          <w:b/>
        </w:rPr>
        <w:t xml:space="preserve">Department: </w:t>
      </w:r>
      <w:r>
        <w:t>Kids, Students, Worship, Production, or Spanish Ministry</w:t>
      </w:r>
    </w:p>
    <w:p w14:paraId="13E03EC8" w14:textId="77777777" w:rsidR="00065418" w:rsidRDefault="00000000">
      <w:pPr>
        <w:spacing w:after="60"/>
      </w:pPr>
      <w:r>
        <w:rPr>
          <w:b/>
        </w:rPr>
        <w:t xml:space="preserve">Reports to: </w:t>
      </w:r>
      <w:r>
        <w:t>Assigned Ministry Director and/or Pastor</w:t>
      </w:r>
    </w:p>
    <w:p w14:paraId="1CD54CA9" w14:textId="77777777" w:rsidR="00065418" w:rsidRDefault="00000000">
      <w:pPr>
        <w:spacing w:after="60"/>
      </w:pPr>
      <w:r>
        <w:rPr>
          <w:b/>
        </w:rPr>
        <w:t xml:space="preserve">Regular or Seasonal: </w:t>
      </w:r>
      <w:r>
        <w:t>Seasonal</w:t>
      </w:r>
    </w:p>
    <w:p w14:paraId="3DEAA63E" w14:textId="77777777" w:rsidR="00065418" w:rsidRDefault="00000000">
      <w:pPr>
        <w:spacing w:after="60"/>
      </w:pPr>
      <w:r>
        <w:rPr>
          <w:b/>
        </w:rPr>
        <w:t xml:space="preserve">Full-time or Part-time: </w:t>
      </w:r>
      <w:r>
        <w:t>Part-time (30 hours per week)</w:t>
      </w:r>
    </w:p>
    <w:p w14:paraId="6DF870DD" w14:textId="5A71B050" w:rsidR="00065418" w:rsidRDefault="00000000">
      <w:pPr>
        <w:spacing w:after="60"/>
      </w:pPr>
      <w:r>
        <w:rPr>
          <w:b/>
        </w:rPr>
        <w:t>Supervises</w:t>
      </w:r>
      <w:r w:rsidR="00F22F5B">
        <w:rPr>
          <w:b/>
        </w:rPr>
        <w:t xml:space="preserve">: </w:t>
      </w:r>
      <w:r>
        <w:t>None</w:t>
      </w:r>
    </w:p>
    <w:p w14:paraId="6F0EAE0A" w14:textId="77777777" w:rsidR="00065418" w:rsidRDefault="00000000">
      <w:pPr>
        <w:pStyle w:val="Heading1"/>
      </w:pPr>
      <w:r>
        <w:t>Position Overview</w:t>
      </w:r>
    </w:p>
    <w:p w14:paraId="2137BB3B" w14:textId="77777777" w:rsidR="00065418" w:rsidRDefault="00000000">
      <w:r>
        <w:t>The Summer Ministry Internship at CityLine Bible Church is designed to cultivate spiritual maturity, strengthen leadership capacity, and develop ministry effectiveness through guided discipleship, mentorship, and hands-on experience. Participants will be equipped to steward their gifts faithfully, deepen their relationship with God, and serve His people with clarity and conviction.</w:t>
      </w:r>
    </w:p>
    <w:p w14:paraId="72169B2D" w14:textId="77777777" w:rsidR="00065418" w:rsidRDefault="00000000">
      <w:r>
        <w:t>CityLine Bible Church is located in the Chicagoland area, sitting on the city line between the city and the suburbs. Interns will select a ministry area in which to serve: Kids, Students, Worship, Production, or Spanish Ministry. Through practical ministry experience, collaboration with church staff, and participation in ministry events, interns will grow in their leadership abilities while making a meaningful impact on the lives of others.</w:t>
      </w:r>
    </w:p>
    <w:p w14:paraId="684BF7E5" w14:textId="331BB553" w:rsidR="00065418" w:rsidRDefault="00000000">
      <w:r>
        <w:t>The summer internship will run from May 25, 2027, through July 2</w:t>
      </w:r>
      <w:r w:rsidR="00F22F5B">
        <w:t>9</w:t>
      </w:r>
      <w:r>
        <w:t>, 2027. Interns will receive a $3,000 stipend for the 8.5-week program. CityLine will attempt to provide a host family upon request; however, housing and room and board are not guaranteed, and interns should plan accordingly.</w:t>
      </w:r>
    </w:p>
    <w:p w14:paraId="4571F16B" w14:textId="77777777" w:rsidR="00065418" w:rsidRDefault="00000000">
      <w:pPr>
        <w:pStyle w:val="Heading1"/>
      </w:pPr>
      <w:r>
        <w:t>Responsibilities</w:t>
      </w:r>
    </w:p>
    <w:p w14:paraId="3F477EEC" w14:textId="77777777" w:rsidR="00065418" w:rsidRDefault="00000000">
      <w:pPr>
        <w:pStyle w:val="ListBullet"/>
      </w:pPr>
      <w:r>
        <w:t>Work directly with the assigned ministry director and/or pastor to ensure successful weekend services and weekly ministry events.</w:t>
      </w:r>
    </w:p>
    <w:p w14:paraId="34DCF089" w14:textId="77777777" w:rsidR="00065418" w:rsidRDefault="00000000">
      <w:pPr>
        <w:pStyle w:val="ListBullet"/>
      </w:pPr>
      <w:r>
        <w:t>Attend weekly staff and ministry meetings to plan, collaborate, and pray.</w:t>
      </w:r>
    </w:p>
    <w:p w14:paraId="1B049894" w14:textId="77777777" w:rsidR="00065418" w:rsidRDefault="00000000">
      <w:pPr>
        <w:pStyle w:val="ListBullet"/>
      </w:pPr>
      <w:r>
        <w:t>Participate in and provide key support for CityLine Kids Vacation Bible School (VBS) week.</w:t>
      </w:r>
    </w:p>
    <w:p w14:paraId="1A5E3352" w14:textId="77777777" w:rsidR="00065418" w:rsidRDefault="00000000">
      <w:pPr>
        <w:pStyle w:val="ListBullet"/>
      </w:pPr>
      <w:r>
        <w:t>Attend and support College and Young Adult Ministry summer nights.</w:t>
      </w:r>
    </w:p>
    <w:p w14:paraId="2AE38431" w14:textId="77777777" w:rsidR="00065418" w:rsidRDefault="00000000">
      <w:pPr>
        <w:pStyle w:val="ListBullet"/>
      </w:pPr>
      <w:r>
        <w:t>Participate in guided discipleship, mentorship, and hands-on ministry experiences.</w:t>
      </w:r>
    </w:p>
    <w:p w14:paraId="75531680" w14:textId="77777777" w:rsidR="00065418" w:rsidRDefault="00000000">
      <w:pPr>
        <w:pStyle w:val="ListBullet"/>
      </w:pPr>
      <w:r>
        <w:t>Steward personal gifts and abilities faithfully while developing ministry and leadership effectiveness.</w:t>
      </w:r>
    </w:p>
    <w:p w14:paraId="0F933061" w14:textId="77777777" w:rsidR="00065418" w:rsidRDefault="00000000">
      <w:pPr>
        <w:pStyle w:val="ListBullet"/>
      </w:pPr>
      <w:r>
        <w:t>Ask questions, demonstrate creativity, offer and implement ideas, take appropriate risks, and remain open to learning.</w:t>
      </w:r>
    </w:p>
    <w:p w14:paraId="1CB3A0BA" w14:textId="77777777" w:rsidR="00065418" w:rsidRDefault="00000000">
      <w:pPr>
        <w:pStyle w:val="ListBullet"/>
      </w:pPr>
      <w:r>
        <w:t>Collaborate with ministry staff and fellow interns to support the mission and ministry of CityLine Bible Church.</w:t>
      </w:r>
    </w:p>
    <w:p w14:paraId="3229CED8" w14:textId="77777777" w:rsidR="00065418" w:rsidRDefault="00000000">
      <w:pPr>
        <w:pStyle w:val="ListBullet"/>
      </w:pPr>
      <w:r>
        <w:t>Serve with humility, integrity, and a desire to make a meaningful impact on the lives of others.</w:t>
      </w:r>
    </w:p>
    <w:p w14:paraId="08F1150E" w14:textId="77777777" w:rsidR="00065418" w:rsidRDefault="00000000">
      <w:pPr>
        <w:pStyle w:val="Heading1"/>
      </w:pPr>
      <w:r>
        <w:t>Key Competencies &amp; Behaviors Desired</w:t>
      </w:r>
    </w:p>
    <w:p w14:paraId="23C172BC" w14:textId="77777777" w:rsidR="00065418" w:rsidRDefault="00000000">
      <w:pPr>
        <w:pStyle w:val="ListBullet"/>
      </w:pPr>
      <w:r>
        <w:rPr>
          <w:b/>
        </w:rPr>
        <w:t xml:space="preserve">Spiritual Maturity: </w:t>
      </w:r>
      <w:r>
        <w:t>Demonstrates a growing relationship with God and a desire to deepen spiritual formation.</w:t>
      </w:r>
    </w:p>
    <w:p w14:paraId="4F5B560F" w14:textId="77777777" w:rsidR="00065418" w:rsidRDefault="00000000">
      <w:pPr>
        <w:pStyle w:val="ListBullet"/>
      </w:pPr>
      <w:r>
        <w:rPr>
          <w:b/>
        </w:rPr>
        <w:t xml:space="preserve">Christian Character and Integrity: </w:t>
      </w:r>
      <w:r>
        <w:t>Serves as an example to others through Christlike conduct and trustworthy behavior.</w:t>
      </w:r>
    </w:p>
    <w:p w14:paraId="7E016D63" w14:textId="77777777" w:rsidR="00065418" w:rsidRDefault="00000000">
      <w:pPr>
        <w:pStyle w:val="ListBullet"/>
      </w:pPr>
      <w:r>
        <w:rPr>
          <w:b/>
        </w:rPr>
        <w:t xml:space="preserve">Teachability: </w:t>
      </w:r>
      <w:r>
        <w:t>Demonstrates humility, receives feedback well, and maintains a willingness to learn and grow.</w:t>
      </w:r>
    </w:p>
    <w:p w14:paraId="17CE7D68" w14:textId="77777777" w:rsidR="00065418" w:rsidRDefault="00000000">
      <w:pPr>
        <w:pStyle w:val="ListBullet"/>
      </w:pPr>
      <w:r>
        <w:rPr>
          <w:b/>
        </w:rPr>
        <w:t xml:space="preserve">Servant Leadership: </w:t>
      </w:r>
      <w:r>
        <w:t>Approaches ministry with a heart to serve God and His people.</w:t>
      </w:r>
    </w:p>
    <w:p w14:paraId="67ADBDCB" w14:textId="77777777" w:rsidR="00065418" w:rsidRDefault="00000000">
      <w:pPr>
        <w:pStyle w:val="ListBullet"/>
      </w:pPr>
      <w:r>
        <w:rPr>
          <w:b/>
        </w:rPr>
        <w:lastRenderedPageBreak/>
        <w:t xml:space="preserve">Initiative and Creativity: </w:t>
      </w:r>
      <w:r>
        <w:t>Takes initiative, asks thoughtful questions, develops ideas, and seeks opportunities to contribute.</w:t>
      </w:r>
    </w:p>
    <w:p w14:paraId="0F570BBC" w14:textId="77777777" w:rsidR="00065418" w:rsidRDefault="00000000">
      <w:pPr>
        <w:pStyle w:val="ListBullet"/>
      </w:pPr>
      <w:r>
        <w:rPr>
          <w:b/>
        </w:rPr>
        <w:t xml:space="preserve">Teamwork and Collaboration: </w:t>
      </w:r>
      <w:r>
        <w:t>Works effectively with ministry staff and fellow team members.</w:t>
      </w:r>
    </w:p>
    <w:p w14:paraId="1969EFDC" w14:textId="77777777" w:rsidR="00065418" w:rsidRDefault="00000000">
      <w:pPr>
        <w:pStyle w:val="ListBullet"/>
      </w:pPr>
      <w:r>
        <w:rPr>
          <w:b/>
        </w:rPr>
        <w:t xml:space="preserve">Leadership Potential: </w:t>
      </w:r>
      <w:r>
        <w:t>Demonstrates a willingness to steward gifts, accept responsibility, and grow in ministry effectiveness.</w:t>
      </w:r>
    </w:p>
    <w:p w14:paraId="1023861E" w14:textId="77777777" w:rsidR="00065418" w:rsidRDefault="00000000">
      <w:pPr>
        <w:pStyle w:val="ListBullet"/>
      </w:pPr>
      <w:r>
        <w:rPr>
          <w:b/>
        </w:rPr>
        <w:t xml:space="preserve">Adaptability: </w:t>
      </w:r>
      <w:r>
        <w:t>Responds positively to changing needs and takes appropriate risks in the learning process.</w:t>
      </w:r>
    </w:p>
    <w:p w14:paraId="3DDCF368" w14:textId="77777777" w:rsidR="00065418" w:rsidRDefault="00000000">
      <w:pPr>
        <w:pStyle w:val="ListBullet"/>
      </w:pPr>
      <w:r>
        <w:rPr>
          <w:b/>
        </w:rPr>
        <w:t xml:space="preserve">Dependability: </w:t>
      </w:r>
      <w:r>
        <w:t>Demonstrates commitment, reliability, and responsibility in fulfilling assigned duties.</w:t>
      </w:r>
    </w:p>
    <w:p w14:paraId="6072B3B2" w14:textId="77777777" w:rsidR="00065418" w:rsidRDefault="00000000">
      <w:pPr>
        <w:pStyle w:val="Heading1"/>
      </w:pPr>
      <w:r>
        <w:t>Qualifications</w:t>
      </w:r>
    </w:p>
    <w:p w14:paraId="2B64A87B" w14:textId="77777777" w:rsidR="00065418" w:rsidRDefault="00000000">
      <w:pPr>
        <w:pStyle w:val="ListBullet"/>
      </w:pPr>
      <w:r>
        <w:t>At least two years out of high school preferred.</w:t>
      </w:r>
    </w:p>
    <w:p w14:paraId="4FA030FA" w14:textId="77777777" w:rsidR="00065418" w:rsidRDefault="00000000">
      <w:pPr>
        <w:pStyle w:val="ListBullet"/>
      </w:pPr>
      <w:r>
        <w:t>Demonstrates a passion for ministry and a desire to serve the local church.</w:t>
      </w:r>
    </w:p>
    <w:p w14:paraId="4F83CCCC" w14:textId="77777777" w:rsidR="00065418" w:rsidRDefault="00000000">
      <w:pPr>
        <w:pStyle w:val="ListBullet"/>
      </w:pPr>
      <w:r>
        <w:t>Demonstrates Christian character and integrity.</w:t>
      </w:r>
    </w:p>
    <w:p w14:paraId="0E54901E" w14:textId="77777777" w:rsidR="00065418" w:rsidRDefault="00000000">
      <w:pPr>
        <w:pStyle w:val="ListBullet"/>
      </w:pPr>
      <w:r>
        <w:t>Is teachable, humble, and possesses a servant’s heart.</w:t>
      </w:r>
    </w:p>
    <w:p w14:paraId="5D2998DA" w14:textId="77777777" w:rsidR="00065418" w:rsidRDefault="00000000">
      <w:pPr>
        <w:pStyle w:val="ListBullet"/>
      </w:pPr>
      <w:r>
        <w:t>Is a self-starter who also works well as part of a team.</w:t>
      </w:r>
    </w:p>
    <w:p w14:paraId="1FD9C7C0" w14:textId="77777777" w:rsidR="00065418" w:rsidRDefault="00000000">
      <w:pPr>
        <w:pStyle w:val="ListBullet"/>
      </w:pPr>
      <w:r>
        <w:t>Is able to work 30 hours per week throughout the internship.</w:t>
      </w:r>
    </w:p>
    <w:p w14:paraId="00D0E174" w14:textId="77777777" w:rsidR="00065418" w:rsidRDefault="00000000">
      <w:pPr>
        <w:pStyle w:val="ListBullet"/>
      </w:pPr>
      <w:r>
        <w:t>Is willing to participate in assigned ministry responsibilities, staff meetings, and church events.</w:t>
      </w:r>
    </w:p>
    <w:p w14:paraId="6865C44E" w14:textId="77777777" w:rsidR="00065418" w:rsidRDefault="00000000">
      <w:pPr>
        <w:pStyle w:val="ListBullet"/>
      </w:pPr>
      <w:r>
        <w:t>Is willing to learn, receive mentorship, and grow in spiritual maturity and ministry effectiveness.</w:t>
      </w:r>
    </w:p>
    <w:p w14:paraId="2328C1C6" w14:textId="77777777" w:rsidR="00065418" w:rsidRDefault="00000000">
      <w:pPr>
        <w:pStyle w:val="Heading1"/>
      </w:pPr>
      <w:r>
        <w:t>Application Details</w:t>
      </w:r>
    </w:p>
    <w:p w14:paraId="6D9E9B46" w14:textId="64913B93" w:rsidR="00065418" w:rsidRDefault="00000000">
      <w:pPr>
        <w:pStyle w:val="ListBullet"/>
      </w:pPr>
      <w:r>
        <w:rPr>
          <w:b/>
        </w:rPr>
        <w:t xml:space="preserve">Program Dates: </w:t>
      </w:r>
      <w:r>
        <w:t>May 25, 2027–July 2</w:t>
      </w:r>
      <w:r w:rsidR="00F22F5B">
        <w:t>9</w:t>
      </w:r>
      <w:r>
        <w:t>, 2027.</w:t>
      </w:r>
    </w:p>
    <w:p w14:paraId="78B7BE2B" w14:textId="77777777" w:rsidR="00065418" w:rsidRDefault="00000000">
      <w:pPr>
        <w:pStyle w:val="ListBullet"/>
      </w:pPr>
      <w:r>
        <w:rPr>
          <w:b/>
        </w:rPr>
        <w:t xml:space="preserve">Stipend: </w:t>
      </w:r>
      <w:r>
        <w:t>$3,000 for the 8.5-week program.</w:t>
      </w:r>
    </w:p>
    <w:p w14:paraId="3C076DA2" w14:textId="77777777" w:rsidR="00065418" w:rsidRDefault="00000000">
      <w:pPr>
        <w:pStyle w:val="ListBullet"/>
      </w:pPr>
      <w:r>
        <w:rPr>
          <w:b/>
        </w:rPr>
        <w:t xml:space="preserve">Housing: </w:t>
      </w:r>
      <w:r>
        <w:t>CityLine will attempt to provide a host family upon request; housing and room and board are not guaranteed.</w:t>
      </w:r>
    </w:p>
    <w:p w14:paraId="0405BCFE" w14:textId="77777777" w:rsidR="00065418" w:rsidRDefault="00000000">
      <w:pPr>
        <w:pStyle w:val="ListBullet"/>
      </w:pPr>
      <w:r>
        <w:rPr>
          <w:b/>
        </w:rPr>
        <w:t xml:space="preserve">Application Deadline: </w:t>
      </w:r>
      <w:r>
        <w:t>February 2, 2027.</w:t>
      </w:r>
    </w:p>
    <w:p w14:paraId="6B300748" w14:textId="77777777" w:rsidR="00065418" w:rsidRDefault="00000000">
      <w:pPr>
        <w:pStyle w:val="ListBullet"/>
      </w:pPr>
      <w:r>
        <w:rPr>
          <w:b/>
        </w:rPr>
        <w:t xml:space="preserve">Hiring Process: </w:t>
      </w:r>
      <w:r>
        <w:t>Applications will be reviewed and interviews conducted on a rolling basis. CityLine may make a hiring decision and fill the position before the application deadline. Interested candidates are encouraged to apply as soon as possible.</w:t>
      </w:r>
    </w:p>
    <w:p w14:paraId="085A4FFF" w14:textId="7B68255D" w:rsidR="00B5103C" w:rsidRDefault="00000000" w:rsidP="00B5103C">
      <w:pPr>
        <w:pStyle w:val="ListBullet"/>
      </w:pPr>
      <w:r>
        <w:rPr>
          <w:b/>
        </w:rPr>
        <w:t xml:space="preserve">Application Link: </w:t>
      </w:r>
      <w:hyperlink r:id="rId8" w:history="1">
        <w:r w:rsidR="00B5103C" w:rsidRPr="00111EFE">
          <w:rPr>
            <w:rStyle w:val="Hyperlink"/>
          </w:rPr>
          <w:t>https://cityline.churchcenter.com/people/forms/1335743</w:t>
        </w:r>
      </w:hyperlink>
    </w:p>
    <w:p w14:paraId="22437FB7" w14:textId="6C6F4E30" w:rsidR="00B5103C" w:rsidRPr="00B5103C" w:rsidRDefault="00000000" w:rsidP="00B5103C">
      <w:pPr>
        <w:pStyle w:val="Heading1"/>
      </w:pPr>
      <w:r>
        <w:t>Physical Demand</w:t>
      </w:r>
      <w:r w:rsidR="00B5103C">
        <w:t>s</w:t>
      </w:r>
    </w:p>
    <w:p w14:paraId="00FF0350" w14:textId="77777777" w:rsidR="00065418" w:rsidRDefault="00000000">
      <w:r>
        <w:t>Standing, walking, lifting, carrying, and reaching are performed on a frequent to constant basis. Bending, pushing, pulling, climbing, kneeling, and twisting are performed on an occasional to frequent basis. Ability to lift, carry, pull, or push 50 pounds.</w:t>
      </w:r>
    </w:p>
    <w:sectPr w:rsidR="00065418" w:rsidSect="00034616">
      <w:headerReference w:type="default" r:id="rId9"/>
      <w:footerReference w:type="default" r:id="rId10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03976" w14:textId="77777777" w:rsidR="0034630F" w:rsidRDefault="0034630F">
      <w:pPr>
        <w:spacing w:after="0" w:line="240" w:lineRule="auto"/>
      </w:pPr>
      <w:r>
        <w:separator/>
      </w:r>
    </w:p>
  </w:endnote>
  <w:endnote w:type="continuationSeparator" w:id="0">
    <w:p w14:paraId="53E93DA8" w14:textId="77777777" w:rsidR="0034630F" w:rsidRDefault="00346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68393" w14:textId="77777777" w:rsidR="00065418" w:rsidRDefault="00000000">
    <w:pPr>
      <w:pStyle w:val="Footer"/>
      <w:jc w:val="center"/>
    </w:pPr>
    <w:r>
      <w:t xml:space="preserve">CityLine Bible Church | Summer Ministry </w:t>
    </w:r>
    <w:proofErr w:type="gramStart"/>
    <w:r>
      <w:t>Intern  •</w:t>
    </w:r>
    <w:proofErr w:type="gramEnd"/>
    <w:r>
      <w:t xml:space="preserve">  Page </w:t>
    </w:r>
    <w:r>
      <w:fldChar w:fldCharType="begin"/>
    </w:r>
    <w:r>
      <w:instrText>PAGE</w:instrText>
    </w:r>
    <w:r>
      <w:fldChar w:fldCharType="separate"/>
    </w:r>
    <w:r w:rsidR="00A8481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9ABB3" w14:textId="77777777" w:rsidR="0034630F" w:rsidRDefault="0034630F">
      <w:pPr>
        <w:spacing w:after="0" w:line="240" w:lineRule="auto"/>
      </w:pPr>
      <w:r>
        <w:separator/>
      </w:r>
    </w:p>
  </w:footnote>
  <w:footnote w:type="continuationSeparator" w:id="0">
    <w:p w14:paraId="6308B0F0" w14:textId="77777777" w:rsidR="0034630F" w:rsidRDefault="00346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73D8" w14:textId="55205430" w:rsidR="00A84814" w:rsidRDefault="00A84814">
    <w:pPr>
      <w:pStyle w:val="Header"/>
    </w:pPr>
    <w:r>
      <w:rPr>
        <w:noProof/>
      </w:rPr>
      <w:drawing>
        <wp:inline distT="0" distB="0" distL="0" distR="0" wp14:anchorId="2E371614" wp14:editId="1256D323">
          <wp:extent cx="1657350" cy="7429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normaltextrun"/>
        <w:rFonts w:ascii="Verdana" w:hAnsi="Verdana"/>
        <w:b/>
        <w:bCs/>
        <w:color w:val="6ECDDD"/>
        <w:sz w:val="32"/>
        <w:szCs w:val="32"/>
        <w:shd w:val="clear" w:color="auto" w:fill="FFFFFF"/>
      </w:rPr>
      <w:t>|Summer Ministry Intern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5D208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5491914">
    <w:abstractNumId w:val="8"/>
  </w:num>
  <w:num w:numId="2" w16cid:durableId="240603523">
    <w:abstractNumId w:val="6"/>
  </w:num>
  <w:num w:numId="3" w16cid:durableId="1546403242">
    <w:abstractNumId w:val="5"/>
  </w:num>
  <w:num w:numId="4" w16cid:durableId="1239054781">
    <w:abstractNumId w:val="4"/>
  </w:num>
  <w:num w:numId="5" w16cid:durableId="1364793615">
    <w:abstractNumId w:val="7"/>
  </w:num>
  <w:num w:numId="6" w16cid:durableId="446194509">
    <w:abstractNumId w:val="3"/>
  </w:num>
  <w:num w:numId="7" w16cid:durableId="1808477172">
    <w:abstractNumId w:val="2"/>
  </w:num>
  <w:num w:numId="8" w16cid:durableId="954480060">
    <w:abstractNumId w:val="1"/>
  </w:num>
  <w:num w:numId="9" w16cid:durableId="1533805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3345"/>
    <w:rsid w:val="00065418"/>
    <w:rsid w:val="0015074B"/>
    <w:rsid w:val="0029639D"/>
    <w:rsid w:val="002E3FF9"/>
    <w:rsid w:val="00326F90"/>
    <w:rsid w:val="0034630F"/>
    <w:rsid w:val="003E4E1D"/>
    <w:rsid w:val="006C12F7"/>
    <w:rsid w:val="00914D5A"/>
    <w:rsid w:val="00A84814"/>
    <w:rsid w:val="00AA1D8D"/>
    <w:rsid w:val="00B47730"/>
    <w:rsid w:val="00B5103C"/>
    <w:rsid w:val="00C129D7"/>
    <w:rsid w:val="00CB0664"/>
    <w:rsid w:val="00F22F5B"/>
    <w:rsid w:val="00F8731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BFFBD6"/>
  <w14:defaultImageDpi w14:val="300"/>
  <w15:docId w15:val="{D6615CDE-3FFF-4692-B0FE-01156EF1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rmaltextrun">
    <w:name w:val="normaltextrun"/>
    <w:basedOn w:val="DefaultParagraphFont"/>
    <w:rsid w:val="00A84814"/>
  </w:style>
  <w:style w:type="character" w:styleId="Hyperlink">
    <w:name w:val="Hyperlink"/>
    <w:basedOn w:val="DefaultParagraphFont"/>
    <w:uiPriority w:val="99"/>
    <w:unhideWhenUsed/>
    <w:rsid w:val="00B5103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10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yline.churchcenter.com/people/forms/13357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Caleb Kelly</cp:lastModifiedBy>
  <cp:revision>4</cp:revision>
  <dcterms:created xsi:type="dcterms:W3CDTF">2026-10-12T21:29:00Z</dcterms:created>
  <dcterms:modified xsi:type="dcterms:W3CDTF">2026-10-27T14:55:00Z</dcterms:modified>
  <cp:category/>
</cp:coreProperties>
</file>