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828800" cy="1828800"/>
            <wp:docPr id="1" name="Picture 1"/>
            <wp:cNvGraphicFramePr>
              <a:graphicFrameLocks noChangeAspect="1"/>
            </wp:cNvGraphicFramePr>
            <a:graphic>
              <a:graphicData uri="http://schemas.openxmlformats.org/drawingml/2006/picture">
                <pic:pic>
                  <pic:nvPicPr>
                    <pic:cNvPr id="0" name="Students__Logo_Reg_Black(1).png"/>
                    <pic:cNvPicPr/>
                  </pic:nvPicPr>
                  <pic:blipFill>
                    <a:blip r:embed="rId9"/>
                    <a:stretch>
                      <a:fillRect/>
                    </a:stretch>
                  </pic:blipFill>
                  <pic:spPr>
                    <a:xfrm>
                      <a:off x="0" y="0"/>
                      <a:ext cx="1828800" cy="1828800"/>
                    </a:xfrm>
                    <a:prstGeom prst="rect"/>
                  </pic:spPr>
                </pic:pic>
              </a:graphicData>
            </a:graphic>
          </wp:inline>
        </w:drawing>
      </w:r>
    </w:p>
    <w:p>
      <w:pPr>
        <w:jc w:val="center"/>
      </w:pPr>
      <w:r>
        <w:rPr>
          <w:b/>
          <w:sz w:val="40"/>
        </w:rPr>
        <w:t>STUDENT SUPPORT LETTER</w:t>
      </w:r>
    </w:p>
    <w:p>
      <w:pPr>
        <w:jc w:val="center"/>
      </w:pPr>
      <w:r>
        <w:rPr>
          <w:i/>
          <w:sz w:val="18"/>
        </w:rPr>
        <w:t>Template for Bethel Students trips, retreats, camps, conferences, and mission opportunities</w:t>
      </w:r>
    </w:p>
    <w:p>
      <w:r>
        <w:t>Dear [Name],</w:t>
      </w:r>
    </w:p>
    <w:p>
      <w:r>
        <w:t>I am excited to share that I have the opportunity to participate in [name of trip, retreat, camp, conference, or event] with Bethel Students!</w:t>
      </w:r>
    </w:p>
    <w:p>
      <w:r>
        <w:t>We will be traveling to [location] from [dates]. During this experience, we will [briefly explain what you will be doing—worship, teaching, serving, missions work, community outreach, building relationships, etc.].</w:t>
      </w:r>
    </w:p>
    <w:p>
      <w:r>
        <w:t>I am especially excited about this opportunity because [write 2–4 sentences explaining why you personally want to go, what you hope to learn, how you hope to grow in your relationship with Jesus, or how you hope God will use you].</w:t>
      </w:r>
    </w:p>
    <w:p>
      <w:r>
        <w:t>The total cost for me to participate is $[amount]. I am personally working to raise money toward this cost through [briefly mention jobs, fundraising, saving your own money, etc.].</w:t>
      </w:r>
    </w:p>
    <w:p>
      <w:r>
        <w:rPr>
          <w:b/>
          <w:sz w:val="24"/>
        </w:rPr>
        <w:t>Would you consider partnering with me?</w:t>
      </w:r>
    </w:p>
    <w:p>
      <w:r>
        <w:rPr>
          <w:b/>
        </w:rPr>
        <w:t>1. Pray for me.</w:t>
      </w:r>
      <w:r>
        <w:t xml:space="preserve"> Please pray that God would prepare my heart, help me grow in my relationship with Jesus, strengthen my relationships with others, and use this experience for His purposes.</w:t>
      </w:r>
    </w:p>
    <w:p>
      <w:r>
        <w:rPr>
          <w:b/>
        </w:rPr>
        <w:t>2. Consider financially supporting me.</w:t>
      </w:r>
      <w:r>
        <w:t xml:space="preserve"> If you would like to contribute toward my trip, any amount would be greatly appreciated. Gifts of $10, $25, $50, $100, or any other amount can make a significant difference in helping me reach my goal.</w:t>
      </w:r>
    </w:p>
    <w:p>
      <w:r>
        <w:t>If you would like to support me financially, you can [insert instructions for how donations should be given—online giving link, check instructions, payment process, etc.].</w:t>
      </w:r>
    </w:p>
    <w:p>
      <w:r>
        <w:t>My goal is to have my funding raised by [date].</w:t>
      </w:r>
    </w:p>
    <w:p>
      <w:r>
        <w:t>Thank you for considering supporting me and, most importantly, for praying for me as I prepare for this opportunity. I am excited to see what God will do through this experience!</w:t>
      </w:r>
    </w:p>
    <w:p>
      <w:r>
        <w:t>In Christ,</w:t>
      </w:r>
    </w:p>
    <w:p>
      <w:r>
        <w:t>[Student Name]</w:t>
      </w:r>
    </w:p>
    <w:p/>
    <w:p>
      <w:pPr>
        <w:jc w:val="center"/>
      </w:pPr>
      <w:r>
        <w:rPr>
          <w:b/>
          <w:sz w:val="30"/>
        </w:rPr>
        <w:t>SUPPORT RESPONSE</w:t>
      </w:r>
    </w:p>
    <w:p>
      <w:r>
        <w:t>Yes, I would like to support [Student Name] and help them reach their fundraising goal.</w:t>
      </w:r>
    </w:p>
    <w:tbl>
      <w:tblPr>
        <w:tblStyle w:val="TableGrid"/>
        <w:tblW w:type="auto" w:w="0"/>
        <w:jc w:val="center"/>
        <w:tblLook w:firstColumn="1" w:firstRow="1" w:lastColumn="0" w:lastRow="0" w:noHBand="0" w:noVBand="1" w:val="04A0"/>
      </w:tblPr>
      <w:tblGrid>
        <w:gridCol w:w="4896"/>
        <w:gridCol w:w="4896"/>
      </w:tblGrid>
      <w:tr>
        <w:tc>
          <w:tcPr>
            <w:tcW w:type="dxa" w:w="4896"/>
            <w:vAlign w:val="center"/>
          </w:tcPr>
          <w:p>
            <w:r>
              <w:rPr>
                <w:b/>
              </w:rPr>
              <w:t>My gift:</w:t>
            </w:r>
          </w:p>
        </w:tc>
        <w:tc>
          <w:tcPr>
            <w:tcW w:type="dxa" w:w="4896"/>
          </w:tcPr>
          <w:p>
            <w:r>
              <w:t>$10 _____   $25 _____   $50 _____   $100 _____   Other: $________</w:t>
            </w:r>
          </w:p>
        </w:tc>
      </w:tr>
      <w:tr>
        <w:tc>
          <w:tcPr>
            <w:tcW w:type="dxa" w:w="4896"/>
            <w:vAlign w:val="center"/>
          </w:tcPr>
          <w:p>
            <w:r>
              <w:rPr>
                <w:b/>
              </w:rPr>
              <w:t>Name:</w:t>
            </w:r>
          </w:p>
        </w:tc>
        <w:tc>
          <w:tcPr>
            <w:tcW w:type="dxa" w:w="4896"/>
          </w:tcPr>
          <w:p>
            <w:r>
              <w:t>____________________________________________</w:t>
            </w:r>
          </w:p>
        </w:tc>
      </w:tr>
      <w:tr>
        <w:tc>
          <w:tcPr>
            <w:tcW w:type="dxa" w:w="4896"/>
            <w:vAlign w:val="center"/>
          </w:tcPr>
          <w:p>
            <w:r>
              <w:rPr>
                <w:b/>
              </w:rPr>
              <w:t>Email / Phone:</w:t>
            </w:r>
          </w:p>
        </w:tc>
        <w:tc>
          <w:tcPr>
            <w:tcW w:type="dxa" w:w="4896"/>
          </w:tcPr>
          <w:p>
            <w:r>
              <w:t>____________________________________________</w:t>
            </w:r>
          </w:p>
        </w:tc>
      </w:tr>
      <w:tr>
        <w:tc>
          <w:tcPr>
            <w:tcW w:type="dxa" w:w="4896"/>
            <w:vAlign w:val="center"/>
          </w:tcPr>
          <w:p>
            <w:r>
              <w:rPr>
                <w:b/>
              </w:rPr>
              <w:t>Please return by:</w:t>
            </w:r>
          </w:p>
        </w:tc>
        <w:tc>
          <w:tcPr>
            <w:tcW w:type="dxa" w:w="4896"/>
          </w:tcPr>
          <w:p>
            <w:r>
              <w:t>[date]</w:t>
            </w:r>
          </w:p>
        </w:tc>
      </w:tr>
      <w:tr>
        <w:tc>
          <w:tcPr>
            <w:tcW w:type="dxa" w:w="4896"/>
            <w:vAlign w:val="center"/>
          </w:tcPr>
          <w:p>
            <w:r>
              <w:rPr>
                <w:b/>
              </w:rPr>
              <w:t>Giving Instructions:</w:t>
            </w:r>
          </w:p>
        </w:tc>
        <w:tc>
          <w:tcPr>
            <w:tcW w:type="dxa" w:w="4896"/>
          </w:tcPr>
          <w:p>
            <w:r>
              <w:t>[Insert Bethel Students giving instructions here.]</w:t>
            </w:r>
          </w:p>
        </w:tc>
      </w:tr>
    </w:tbl>
    <w:p/>
    <w:p>
      <w:r>
        <w:rPr>
          <w:b/>
        </w:rPr>
        <w:t>Before sending your letter:</w:t>
      </w:r>
    </w:p>
    <w:p>
      <w:pPr>
        <w:pStyle w:val="ListBullet"/>
      </w:pPr>
      <w:r>
        <w:t>Fill in the trip/event name, location, and dates.</w:t>
      </w:r>
    </w:p>
    <w:p>
      <w:pPr>
        <w:pStyle w:val="ListBullet"/>
      </w:pPr>
      <w:r>
        <w:t>Explain what you will be doing.</w:t>
      </w:r>
    </w:p>
    <w:p>
      <w:pPr>
        <w:pStyle w:val="ListBullet"/>
      </w:pPr>
      <w:r>
        <w:t>Share why the opportunity matters to you personally.</w:t>
      </w:r>
    </w:p>
    <w:p>
      <w:pPr>
        <w:pStyle w:val="ListBullet"/>
      </w:pPr>
      <w:r>
        <w:t>Include the total cost and fundraising deadline.</w:t>
      </w:r>
    </w:p>
    <w:p>
      <w:pPr>
        <w:pStyle w:val="ListBullet"/>
      </w:pPr>
      <w:r>
        <w:t>Add the correct giving instructions.</w:t>
      </w:r>
    </w:p>
    <w:p>
      <w:pPr>
        <w:pStyle w:val="ListBullet"/>
      </w:pPr>
      <w:r>
        <w:t>Consider handwriting a short personal note on each copy.</w:t>
      </w:r>
    </w:p>
    <w:p>
      <w:pPr>
        <w:pStyle w:val="ListBullet"/>
      </w:pPr>
      <w:r>
        <w:t>Thank everyone who prays for you or supports you.</w:t>
      </w:r>
    </w:p>
    <w:sectPr w:rsidR="00FC693F" w:rsidRPr="0006063C" w:rsidSect="00034616">
      <w:pgSz w:w="12240" w:h="15840"/>
      <w:pgMar w:top="1008" w:right="1224" w:bottom="1008"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numbering" Target="numbering.xml"/><Relationship Id="rId6" Type="http://schemas.openxmlformats.org/officeDocument/2006/relationships/webSettings" Target="webSettings.xml"/><Relationship Id="rId1" Type="http://schemas.openxmlformats.org/officeDocument/2006/relationships/customXml" Target="../customXml/item1.xml"/><Relationship Id="rId11" Type="http://schemas.openxmlformats.org/officeDocument/2006/relationships/customXml" Target="../customXml/item3.xml"/><Relationship Id="rId5" Type="http://schemas.openxmlformats.org/officeDocument/2006/relationships/settings" Target="settings.xml"/><Relationship Id="rId10"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7EB68FE51CA5D48BAE34080DF70A75C" ma:contentTypeVersion="15" ma:contentTypeDescription="Create a new document." ma:contentTypeScope="" ma:versionID="dce9bc2a0607d29a955f826a16bdcfe0">
  <xsd:schema xmlns:xsd="http://www.w3.org/2001/XMLSchema" xmlns:xs="http://www.w3.org/2001/XMLSchema" xmlns:p="http://schemas.microsoft.com/office/2006/metadata/properties" xmlns:ns2="03ecf591-7699-4373-a9fa-4b1ee0129475" xmlns:ns3="88b12f8b-7201-4701-80a0-15c493e1c513" targetNamespace="http://schemas.microsoft.com/office/2006/metadata/properties" ma:root="true" ma:fieldsID="6829b5dd32e0e354f7c40a4c3a154b9e" ns2:_="" ns3:_="">
    <xsd:import namespace="03ecf591-7699-4373-a9fa-4b1ee0129475"/>
    <xsd:import namespace="88b12f8b-7201-4701-80a0-15c493e1c5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cf591-7699-4373-a9fa-4b1ee01294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b402423-9162-4cc0-9417-d9b0416c57b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b12f8b-7201-4701-80a0-15c493e1c5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9c9b852-1fc8-4c41-9def-2ee33acce8e1}" ma:internalName="TaxCatchAll" ma:showField="CatchAllData" ma:web="88b12f8b-7201-4701-80a0-15c493e1c5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3ecf591-7699-4373-a9fa-4b1ee0129475">
      <Terms xmlns="http://schemas.microsoft.com/office/infopath/2007/PartnerControls"/>
    </lcf76f155ced4ddcb4097134ff3c332f>
    <TaxCatchAll xmlns="88b12f8b-7201-4701-80a0-15c493e1c513"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01D53178-A159-4C17-96D1-CDF1E32051C9}"/>
</file>

<file path=customXml/itemProps3.xml><?xml version="1.0" encoding="utf-8"?>
<ds:datastoreItem xmlns:ds="http://schemas.openxmlformats.org/officeDocument/2006/customXml" ds:itemID="{61BE484F-0202-4888-85C5-1A5FCFC057E4}"/>
</file>

<file path=customXml/itemProps4.xml><?xml version="1.0" encoding="utf-8"?>
<ds:datastoreItem xmlns:ds="http://schemas.openxmlformats.org/officeDocument/2006/customXml" ds:itemID="{ED6001BE-F8BA-43DA-A073-062B8A4C4B91}"/>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0x010100B7EB68FE51CA5D48BAE34080DF70A75C</vt:lpwstr>
  </property>
</Properties>
</file>